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4B093" w14:textId="77777777" w:rsidR="00B534BC" w:rsidRDefault="00000000" w:rsidP="00B534BC">
      <w:pPr>
        <w:jc w:val="right"/>
        <w:rPr>
          <w:b/>
          <w:sz w:val="36"/>
        </w:rPr>
      </w:pPr>
      <w:r>
        <w:rPr>
          <w:b/>
        </w:rPr>
        <w:t>Do Dyrektora</w:t>
      </w:r>
      <w:r>
        <w:rPr>
          <w:b/>
        </w:rPr>
        <w:br/>
      </w:r>
      <w:r>
        <w:t>II Liceum Ogólnokształcącego</w:t>
      </w:r>
      <w:r>
        <w:br/>
        <w:t xml:space="preserve">im. Czesława Miłosza w </w:t>
      </w:r>
      <w:proofErr w:type="spellStart"/>
      <w:r>
        <w:t>Jaworznie</w:t>
      </w:r>
      <w:proofErr w:type="spellEnd"/>
      <w:r>
        <w:rPr>
          <w:b/>
          <w:sz w:val="36"/>
        </w:rPr>
        <w:br/>
      </w:r>
    </w:p>
    <w:p w14:paraId="6305A361" w14:textId="3FACD745" w:rsidR="000F5040" w:rsidRDefault="00000000" w:rsidP="00B534BC">
      <w:pPr>
        <w:jc w:val="center"/>
      </w:pPr>
      <w:r>
        <w:rPr>
          <w:b/>
          <w:sz w:val="36"/>
        </w:rPr>
        <w:t>WNIOSEK</w:t>
      </w:r>
      <w:r>
        <w:rPr>
          <w:b/>
          <w:sz w:val="36"/>
        </w:rPr>
        <w:br/>
      </w:r>
      <w:r>
        <w:t xml:space="preserve">o </w:t>
      </w:r>
      <w:proofErr w:type="spellStart"/>
      <w:r>
        <w:t>przyznanie</w:t>
      </w:r>
      <w:proofErr w:type="spellEnd"/>
      <w:r>
        <w:t xml:space="preserve"> </w:t>
      </w:r>
      <w:proofErr w:type="spellStart"/>
      <w:r>
        <w:t>pomocy</w:t>
      </w:r>
      <w:proofErr w:type="spellEnd"/>
      <w:r>
        <w:t xml:space="preserve"> </w:t>
      </w:r>
      <w:proofErr w:type="spellStart"/>
      <w:r>
        <w:t>finansowej</w:t>
      </w:r>
      <w:proofErr w:type="spellEnd"/>
      <w:r>
        <w:t xml:space="preserve"> uczniowi</w:t>
      </w:r>
      <w:r>
        <w:br/>
        <w:t>na zakup podręczników</w:t>
      </w:r>
      <w:r>
        <w:br/>
        <w:t xml:space="preserve">w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szkolnym</w:t>
      </w:r>
      <w:proofErr w:type="spellEnd"/>
      <w:r>
        <w:t xml:space="preserve"> 2026/2027</w:t>
      </w:r>
      <w:r>
        <w:rPr>
          <w:b/>
        </w:rPr>
        <w:br/>
      </w:r>
      <w:proofErr w:type="spellStart"/>
      <w:r w:rsidRPr="00EC31AD">
        <w:rPr>
          <w:b/>
          <w:sz w:val="16"/>
          <w:szCs w:val="16"/>
        </w:rPr>
        <w:t>Podstawa</w:t>
      </w:r>
      <w:proofErr w:type="spellEnd"/>
      <w:r w:rsidRPr="00EC31AD">
        <w:rPr>
          <w:b/>
          <w:sz w:val="16"/>
          <w:szCs w:val="16"/>
        </w:rPr>
        <w:t xml:space="preserve"> </w:t>
      </w:r>
      <w:proofErr w:type="spellStart"/>
      <w:r w:rsidRPr="00EC31AD">
        <w:rPr>
          <w:b/>
          <w:sz w:val="16"/>
          <w:szCs w:val="16"/>
        </w:rPr>
        <w:t>prawna</w:t>
      </w:r>
      <w:proofErr w:type="spellEnd"/>
      <w:r w:rsidRPr="00EC31AD">
        <w:rPr>
          <w:b/>
          <w:sz w:val="16"/>
          <w:szCs w:val="16"/>
        </w:rPr>
        <w:t xml:space="preserve">: </w:t>
      </w:r>
      <w:proofErr w:type="spellStart"/>
      <w:r w:rsidRPr="00EC31AD">
        <w:rPr>
          <w:sz w:val="16"/>
          <w:szCs w:val="16"/>
        </w:rPr>
        <w:t>Rozporządzenie</w:t>
      </w:r>
      <w:proofErr w:type="spellEnd"/>
      <w:r w:rsidRPr="00EC31AD">
        <w:rPr>
          <w:sz w:val="16"/>
          <w:szCs w:val="16"/>
        </w:rPr>
        <w:t xml:space="preserve"> Rady Ministrów z dnia 15 czerwca 2026 r. w sprawie Rządowego programu pomocy uczniom niepełnosprawnym w formie dofinansowania zakupu podręczników, materiałów edukacyjnych i materiałów ćwiczeniowych w latach 2026–2028 (Dz. U. z dnia 18 czerwca 2026 r. poz. 802).</w:t>
      </w:r>
    </w:p>
    <w:p w14:paraId="6A59B44D" w14:textId="77777777" w:rsidR="000F5040" w:rsidRDefault="00000000">
      <w:pPr>
        <w:pStyle w:val="Nagwek2"/>
      </w:pPr>
      <w:r>
        <w:t>I. Dane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0F5040" w14:paraId="5B1E84F5" w14:textId="77777777">
        <w:tc>
          <w:tcPr>
            <w:tcW w:w="4320" w:type="dxa"/>
          </w:tcPr>
          <w:p w14:paraId="0E66D5AD" w14:textId="77777777" w:rsidR="000F5040" w:rsidRDefault="00000000">
            <w:r>
              <w:t>Imię i nazwisko</w:t>
            </w:r>
          </w:p>
        </w:tc>
        <w:tc>
          <w:tcPr>
            <w:tcW w:w="4320" w:type="dxa"/>
          </w:tcPr>
          <w:p w14:paraId="3E681888" w14:textId="77777777" w:rsidR="000F5040" w:rsidRDefault="000F5040"/>
          <w:p w14:paraId="1A201050" w14:textId="77777777" w:rsidR="00B534BC" w:rsidRDefault="00B534BC"/>
        </w:tc>
      </w:tr>
      <w:tr w:rsidR="000F5040" w14:paraId="1E860A43" w14:textId="77777777">
        <w:tc>
          <w:tcPr>
            <w:tcW w:w="4320" w:type="dxa"/>
          </w:tcPr>
          <w:p w14:paraId="3CDF982D" w14:textId="77777777" w:rsidR="000F5040" w:rsidRDefault="00000000">
            <w:r>
              <w:t>PESEL</w:t>
            </w:r>
          </w:p>
        </w:tc>
        <w:tc>
          <w:tcPr>
            <w:tcW w:w="4320" w:type="dxa"/>
          </w:tcPr>
          <w:p w14:paraId="27A53AD1" w14:textId="77777777" w:rsidR="000F5040" w:rsidRDefault="000F5040"/>
          <w:p w14:paraId="68DDC2C6" w14:textId="77777777" w:rsidR="00B534BC" w:rsidRDefault="00B534BC"/>
        </w:tc>
      </w:tr>
      <w:tr w:rsidR="000F5040" w14:paraId="77B7FED5" w14:textId="77777777">
        <w:tc>
          <w:tcPr>
            <w:tcW w:w="4320" w:type="dxa"/>
          </w:tcPr>
          <w:p w14:paraId="17446823" w14:textId="77777777" w:rsidR="000F5040" w:rsidRDefault="00000000">
            <w:r>
              <w:t>Adres zamieszkania</w:t>
            </w:r>
          </w:p>
        </w:tc>
        <w:tc>
          <w:tcPr>
            <w:tcW w:w="4320" w:type="dxa"/>
          </w:tcPr>
          <w:p w14:paraId="69A8EAF2" w14:textId="77777777" w:rsidR="000F5040" w:rsidRDefault="000F5040"/>
          <w:p w14:paraId="365BB83E" w14:textId="77777777" w:rsidR="00B534BC" w:rsidRDefault="00B534BC"/>
        </w:tc>
      </w:tr>
      <w:tr w:rsidR="000F5040" w14:paraId="336E07FB" w14:textId="77777777">
        <w:tc>
          <w:tcPr>
            <w:tcW w:w="4320" w:type="dxa"/>
          </w:tcPr>
          <w:p w14:paraId="68B82930" w14:textId="77777777" w:rsidR="000F5040" w:rsidRDefault="00000000">
            <w:r>
              <w:t>Telefon</w:t>
            </w:r>
          </w:p>
        </w:tc>
        <w:tc>
          <w:tcPr>
            <w:tcW w:w="4320" w:type="dxa"/>
          </w:tcPr>
          <w:p w14:paraId="07A835AB" w14:textId="77777777" w:rsidR="000F5040" w:rsidRDefault="000F5040"/>
          <w:p w14:paraId="7C11015B" w14:textId="77777777" w:rsidR="00B534BC" w:rsidRDefault="00B534BC"/>
        </w:tc>
      </w:tr>
    </w:tbl>
    <w:p w14:paraId="1F34EED8" w14:textId="77777777" w:rsidR="000F5040" w:rsidRDefault="00000000">
      <w:pPr>
        <w:pStyle w:val="Nagwek2"/>
      </w:pPr>
      <w:r>
        <w:t>II. Dane ucznia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0F5040" w14:paraId="026CC1D0" w14:textId="77777777">
        <w:tc>
          <w:tcPr>
            <w:tcW w:w="4320" w:type="dxa"/>
          </w:tcPr>
          <w:p w14:paraId="4CBB92F5" w14:textId="77777777" w:rsidR="000F5040" w:rsidRDefault="00000000">
            <w:r>
              <w:t>Imię i nazwisko</w:t>
            </w:r>
          </w:p>
        </w:tc>
        <w:tc>
          <w:tcPr>
            <w:tcW w:w="4320" w:type="dxa"/>
          </w:tcPr>
          <w:p w14:paraId="642493CE" w14:textId="77777777" w:rsidR="000F5040" w:rsidRDefault="000F5040"/>
          <w:p w14:paraId="5301AD93" w14:textId="77777777" w:rsidR="00B534BC" w:rsidRDefault="00B534BC"/>
        </w:tc>
      </w:tr>
      <w:tr w:rsidR="000F5040" w14:paraId="6DAD9626" w14:textId="77777777">
        <w:tc>
          <w:tcPr>
            <w:tcW w:w="4320" w:type="dxa"/>
          </w:tcPr>
          <w:p w14:paraId="31AEBDE2" w14:textId="77777777" w:rsidR="000F5040" w:rsidRDefault="00000000">
            <w:proofErr w:type="spellStart"/>
            <w:r>
              <w:t>Klasa</w:t>
            </w:r>
            <w:proofErr w:type="spellEnd"/>
          </w:p>
        </w:tc>
        <w:tc>
          <w:tcPr>
            <w:tcW w:w="4320" w:type="dxa"/>
          </w:tcPr>
          <w:p w14:paraId="49D590A2" w14:textId="77777777" w:rsidR="000F5040" w:rsidRDefault="000F5040"/>
          <w:p w14:paraId="17B74A64" w14:textId="77777777" w:rsidR="00B534BC" w:rsidRDefault="00B534BC"/>
        </w:tc>
      </w:tr>
    </w:tbl>
    <w:p w14:paraId="37661602" w14:textId="77777777" w:rsidR="000F5040" w:rsidRDefault="00000000">
      <w:pPr>
        <w:pStyle w:val="Nagwek2"/>
      </w:pPr>
      <w:r>
        <w:t>III. Wnioskowana kwota dofinansowania</w:t>
      </w:r>
    </w:p>
    <w:p w14:paraId="62671B46" w14:textId="6D000514" w:rsidR="000F5040" w:rsidRDefault="00000000">
      <w:r>
        <w:t>........................................ zł (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załączonymi</w:t>
      </w:r>
      <w:proofErr w:type="spellEnd"/>
      <w:r>
        <w:t xml:space="preserve"> </w:t>
      </w:r>
      <w:proofErr w:type="spellStart"/>
      <w:r>
        <w:t>fakturami</w:t>
      </w:r>
      <w:proofErr w:type="spellEnd"/>
      <w:r w:rsidR="00B534BC">
        <w:t>/</w:t>
      </w:r>
      <w:proofErr w:type="spellStart"/>
      <w:r w:rsidR="00B534BC">
        <w:t>oświadczeniem</w:t>
      </w:r>
      <w:proofErr w:type="spellEnd"/>
      <w:r>
        <w:t>).</w:t>
      </w:r>
    </w:p>
    <w:p w14:paraId="288E3063" w14:textId="77777777" w:rsidR="000F5040" w:rsidRDefault="00000000">
      <w:pPr>
        <w:pStyle w:val="Nagwek2"/>
      </w:pPr>
      <w:r>
        <w:t>IV. Oświadczenie</w:t>
      </w:r>
    </w:p>
    <w:p w14:paraId="71E30547" w14:textId="77777777" w:rsidR="000F5040" w:rsidRDefault="00000000">
      <w:r>
        <w:t>Oświadczam, że wszystkie dane zawarte we wniosku są zgodne ze stanem faktycznym.</w:t>
      </w:r>
    </w:p>
    <w:p w14:paraId="2D4E614A" w14:textId="77777777" w:rsidR="000F5040" w:rsidRDefault="00000000">
      <w:pPr>
        <w:pStyle w:val="Nagwek2"/>
      </w:pPr>
      <w:r>
        <w:t>V. Zgoda</w:t>
      </w:r>
    </w:p>
    <w:p w14:paraId="32F72E53" w14:textId="77777777" w:rsidR="000F5040" w:rsidRDefault="00000000">
      <w:r>
        <w:t>Wyrażam zgodę na przetwarzanie moich danych osobowych wyłącznie na potrzeby realizacji programu pomocy.</w:t>
      </w:r>
    </w:p>
    <w:p w14:paraId="4FB8E2D8" w14:textId="77777777" w:rsidR="000F5040" w:rsidRDefault="00000000">
      <w:pPr>
        <w:pStyle w:val="Nagwek2"/>
      </w:pPr>
      <w:r>
        <w:t>VI. Załączniki</w:t>
      </w:r>
    </w:p>
    <w:p w14:paraId="77F69680" w14:textId="73C09F51" w:rsidR="00B534BC" w:rsidRDefault="00000000" w:rsidP="00B534BC">
      <w:pPr>
        <w:spacing w:line="240" w:lineRule="auto"/>
      </w:pPr>
      <w:r>
        <w:t>☐ Kopia orzeczenia o potrzebie kształcenia specjalnego.</w:t>
      </w:r>
      <w:r>
        <w:br/>
        <w:t xml:space="preserve">☐ </w:t>
      </w:r>
      <w:proofErr w:type="spellStart"/>
      <w:r>
        <w:t>Faktury</w:t>
      </w:r>
      <w:proofErr w:type="spellEnd"/>
      <w:r>
        <w:t xml:space="preserve"> </w:t>
      </w:r>
      <w:proofErr w:type="spellStart"/>
      <w:r>
        <w:t>dokumentujące</w:t>
      </w:r>
      <w:proofErr w:type="spellEnd"/>
      <w:r>
        <w:t xml:space="preserve"> </w:t>
      </w:r>
      <w:proofErr w:type="spellStart"/>
      <w:r>
        <w:t>zakup</w:t>
      </w:r>
      <w:proofErr w:type="spellEnd"/>
      <w:r>
        <w:t xml:space="preserve"> </w:t>
      </w:r>
      <w:proofErr w:type="spellStart"/>
      <w:r>
        <w:t>podręczników</w:t>
      </w:r>
      <w:proofErr w:type="spellEnd"/>
      <w:r>
        <w:t xml:space="preserve"> / </w:t>
      </w:r>
      <w:proofErr w:type="spellStart"/>
      <w:r>
        <w:t>materiałów</w:t>
      </w:r>
      <w:proofErr w:type="spellEnd"/>
      <w:r>
        <w:t xml:space="preserve"> </w:t>
      </w:r>
      <w:proofErr w:type="spellStart"/>
      <w:r>
        <w:t>edukacyjnych</w:t>
      </w:r>
      <w:proofErr w:type="spellEnd"/>
      <w:r>
        <w:t>.</w:t>
      </w:r>
      <w:r w:rsidR="00B534BC">
        <w:t xml:space="preserve">                                           </w:t>
      </w:r>
      <w:r w:rsidR="00B534BC">
        <w:rPr>
          <w:rFonts w:ascii="Segoe UI Symbol" w:hAnsi="Segoe UI Symbol" w:cs="Segoe UI Symbol"/>
        </w:rPr>
        <w:t>☐</w:t>
      </w:r>
      <w:r w:rsidR="00B534BC">
        <w:t xml:space="preserve"> </w:t>
      </w:r>
      <w:proofErr w:type="spellStart"/>
      <w:r w:rsidR="00B534BC">
        <w:t>Oświadczenie</w:t>
      </w:r>
      <w:proofErr w:type="spellEnd"/>
      <w:r w:rsidR="00B534BC">
        <w:t xml:space="preserve"> </w:t>
      </w:r>
      <w:proofErr w:type="spellStart"/>
      <w:r w:rsidR="00B534BC">
        <w:t>wnioskodawcy</w:t>
      </w:r>
      <w:proofErr w:type="spellEnd"/>
      <w:r w:rsidR="00B534BC">
        <w:t xml:space="preserve"> o </w:t>
      </w:r>
      <w:proofErr w:type="spellStart"/>
      <w:r w:rsidR="00B534BC">
        <w:t>poniesieniu</w:t>
      </w:r>
      <w:proofErr w:type="spellEnd"/>
      <w:r w:rsidR="00B534BC">
        <w:t xml:space="preserve"> </w:t>
      </w:r>
      <w:proofErr w:type="spellStart"/>
      <w:r w:rsidR="00B534BC">
        <w:t>kosztów</w:t>
      </w:r>
      <w:proofErr w:type="spellEnd"/>
      <w:r w:rsidR="00B534BC">
        <w:t xml:space="preserve"> </w:t>
      </w:r>
      <w:proofErr w:type="spellStart"/>
      <w:r w:rsidR="00B534BC">
        <w:t>zakupu</w:t>
      </w:r>
      <w:proofErr w:type="spellEnd"/>
      <w:r w:rsidR="00B534BC">
        <w:t xml:space="preserve"> </w:t>
      </w:r>
      <w:proofErr w:type="spellStart"/>
      <w:r w:rsidR="00B534BC">
        <w:t>podręczników</w:t>
      </w:r>
      <w:proofErr w:type="spellEnd"/>
      <w:r w:rsidR="00B534BC">
        <w:t xml:space="preserve">, </w:t>
      </w:r>
      <w:proofErr w:type="spellStart"/>
      <w:r w:rsidR="00B534BC">
        <w:t>materiałów</w:t>
      </w:r>
      <w:proofErr w:type="spellEnd"/>
      <w:r w:rsidR="00B534BC">
        <w:t xml:space="preserve"> </w:t>
      </w:r>
      <w:r w:rsidR="00B534BC">
        <w:t xml:space="preserve">          </w:t>
      </w:r>
      <w:proofErr w:type="spellStart"/>
      <w:r w:rsidR="00B534BC">
        <w:t>edukacyjnych</w:t>
      </w:r>
      <w:proofErr w:type="spellEnd"/>
      <w:r w:rsidR="00B534BC">
        <w:t xml:space="preserve"> </w:t>
      </w:r>
      <w:proofErr w:type="spellStart"/>
      <w:r w:rsidR="00B534BC">
        <w:t>lub</w:t>
      </w:r>
      <w:proofErr w:type="spellEnd"/>
      <w:r w:rsidR="00B534BC">
        <w:t xml:space="preserve"> </w:t>
      </w:r>
      <w:proofErr w:type="spellStart"/>
      <w:r w:rsidR="00B534BC">
        <w:t>materiałów</w:t>
      </w:r>
      <w:proofErr w:type="spellEnd"/>
      <w:r w:rsidR="00B534BC">
        <w:t xml:space="preserve"> </w:t>
      </w:r>
      <w:proofErr w:type="spellStart"/>
      <w:r w:rsidR="00B534BC">
        <w:t>ćwiczeniowych</w:t>
      </w:r>
      <w:proofErr w:type="spellEnd"/>
      <w:r w:rsidR="00B534BC">
        <w:t xml:space="preserve"> – w </w:t>
      </w:r>
      <w:proofErr w:type="spellStart"/>
      <w:r w:rsidR="00B534BC">
        <w:t>przypadku</w:t>
      </w:r>
      <w:proofErr w:type="spellEnd"/>
      <w:r w:rsidR="00B534BC">
        <w:t xml:space="preserve"> </w:t>
      </w:r>
      <w:proofErr w:type="spellStart"/>
      <w:r w:rsidR="00B534BC">
        <w:t>braku</w:t>
      </w:r>
      <w:proofErr w:type="spellEnd"/>
      <w:r w:rsidR="00B534BC">
        <w:t xml:space="preserve"> </w:t>
      </w:r>
      <w:proofErr w:type="spellStart"/>
      <w:r w:rsidR="00B534BC">
        <w:t>możliwości</w:t>
      </w:r>
      <w:proofErr w:type="spellEnd"/>
      <w:r w:rsidR="00B534BC">
        <w:t xml:space="preserve"> </w:t>
      </w:r>
      <w:proofErr w:type="spellStart"/>
      <w:r w:rsidR="00B534BC">
        <w:t>udokumentowania</w:t>
      </w:r>
      <w:proofErr w:type="spellEnd"/>
      <w:r w:rsidR="00B534BC">
        <w:t xml:space="preserve"> </w:t>
      </w:r>
      <w:proofErr w:type="spellStart"/>
      <w:r w:rsidR="00B534BC">
        <w:t>wydatków</w:t>
      </w:r>
      <w:proofErr w:type="spellEnd"/>
      <w:r w:rsidR="00B534BC">
        <w:t xml:space="preserve"> </w:t>
      </w:r>
      <w:proofErr w:type="spellStart"/>
      <w:r w:rsidR="00B534BC">
        <w:t>fakturą</w:t>
      </w:r>
      <w:proofErr w:type="spellEnd"/>
      <w:r w:rsidR="00B534BC">
        <w:t xml:space="preserve"> </w:t>
      </w:r>
      <w:proofErr w:type="spellStart"/>
      <w:r w:rsidR="00B534BC">
        <w:t>lub</w:t>
      </w:r>
      <w:proofErr w:type="spellEnd"/>
      <w:r w:rsidR="00B534BC">
        <w:t xml:space="preserve"> </w:t>
      </w:r>
      <w:proofErr w:type="spellStart"/>
      <w:r w:rsidR="00B534BC">
        <w:t>rachunkiem</w:t>
      </w:r>
      <w:proofErr w:type="spellEnd"/>
      <w:r w:rsidR="00B534BC">
        <w:t xml:space="preserve">, </w:t>
      </w:r>
      <w:proofErr w:type="spellStart"/>
      <w:r w:rsidR="00B534BC">
        <w:t>zgodnie</w:t>
      </w:r>
      <w:proofErr w:type="spellEnd"/>
      <w:r w:rsidR="00B534BC">
        <w:t xml:space="preserve"> z </w:t>
      </w:r>
      <w:proofErr w:type="spellStart"/>
      <w:r w:rsidR="00B534BC">
        <w:t>obowiązującymi</w:t>
      </w:r>
      <w:proofErr w:type="spellEnd"/>
      <w:r w:rsidR="00B534BC">
        <w:t xml:space="preserve"> </w:t>
      </w:r>
      <w:proofErr w:type="spellStart"/>
      <w:r w:rsidR="00B534BC">
        <w:t>przepisami</w:t>
      </w:r>
      <w:proofErr w:type="spellEnd"/>
      <w:r w:rsidR="00B534BC">
        <w:t xml:space="preserve"> </w:t>
      </w:r>
      <w:proofErr w:type="spellStart"/>
      <w:r w:rsidR="00B534BC">
        <w:t>programu</w:t>
      </w:r>
      <w:proofErr w:type="spellEnd"/>
      <w:r w:rsidR="00B534BC">
        <w:t>.</w:t>
      </w:r>
    </w:p>
    <w:p w14:paraId="74250545" w14:textId="77777777" w:rsidR="00B534BC" w:rsidRDefault="00B534BC"/>
    <w:p w14:paraId="0A49DA9A" w14:textId="77777777" w:rsidR="00B534BC" w:rsidRDefault="00B534BC" w:rsidP="00B534BC"/>
    <w:p w14:paraId="669729D5" w14:textId="4DFF062A" w:rsidR="000F5040" w:rsidRDefault="00000000">
      <w:proofErr w:type="spellStart"/>
      <w:r>
        <w:t>Miejscowość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data: ____________________        </w:t>
      </w:r>
      <w:r w:rsidR="00B534BC">
        <w:t xml:space="preserve">                 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wnioskodawcy</w:t>
      </w:r>
      <w:proofErr w:type="spellEnd"/>
      <w:r>
        <w:t>: ____________________</w:t>
      </w:r>
    </w:p>
    <w:sectPr w:rsidR="000F5040" w:rsidSect="00B534BC">
      <w:pgSz w:w="12240" w:h="15840"/>
      <w:pgMar w:top="426" w:right="1800" w:bottom="14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C225AC8"/>
    <w:multiLevelType w:val="hybridMultilevel"/>
    <w:tmpl w:val="D194AB5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286232">
    <w:abstractNumId w:val="8"/>
  </w:num>
  <w:num w:numId="2" w16cid:durableId="906038456">
    <w:abstractNumId w:val="6"/>
  </w:num>
  <w:num w:numId="3" w16cid:durableId="202718530">
    <w:abstractNumId w:val="5"/>
  </w:num>
  <w:num w:numId="4" w16cid:durableId="1943416925">
    <w:abstractNumId w:val="4"/>
  </w:num>
  <w:num w:numId="5" w16cid:durableId="701514629">
    <w:abstractNumId w:val="7"/>
  </w:num>
  <w:num w:numId="6" w16cid:durableId="836457148">
    <w:abstractNumId w:val="3"/>
  </w:num>
  <w:num w:numId="7" w16cid:durableId="1936859706">
    <w:abstractNumId w:val="2"/>
  </w:num>
  <w:num w:numId="8" w16cid:durableId="1110121620">
    <w:abstractNumId w:val="1"/>
  </w:num>
  <w:num w:numId="9" w16cid:durableId="2119399775">
    <w:abstractNumId w:val="0"/>
  </w:num>
  <w:num w:numId="10" w16cid:durableId="13735762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5040"/>
    <w:rsid w:val="0015074B"/>
    <w:rsid w:val="0029639D"/>
    <w:rsid w:val="00326F90"/>
    <w:rsid w:val="009A1720"/>
    <w:rsid w:val="00AA1D8D"/>
    <w:rsid w:val="00B47730"/>
    <w:rsid w:val="00B534BC"/>
    <w:rsid w:val="00CB0664"/>
    <w:rsid w:val="00EC31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5248D9"/>
  <w14:defaultImageDpi w14:val="300"/>
  <w15:docId w15:val="{BB3B1399-974E-4245-B365-9B365027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sekretariat</cp:lastModifiedBy>
  <cp:revision>2</cp:revision>
  <cp:lastPrinted>2026-07-21T08:29:00Z</cp:lastPrinted>
  <dcterms:created xsi:type="dcterms:W3CDTF">2013-12-23T23:15:00Z</dcterms:created>
  <dcterms:modified xsi:type="dcterms:W3CDTF">2026-07-21T08:30:00Z</dcterms:modified>
  <cp:category/>
</cp:coreProperties>
</file>